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חידון: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משמעות של תמרורים ואת הערך שהם מזכירים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https://tamrurei-siach.sites.tab.bot/quiz.html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בדרך – בלי מסך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מסילה לפנים – עוצרים ומקשיבים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הדרך נגמרת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ממתינים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מתכוננים לעצור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בעלי חיים עלולים לחצות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לא יותר מ־50 קמ"ש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כאן הולכים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ערנות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קצב וסבלנות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לראות את האחר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קסדה חובה בכל גיל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מחכים על המדרכה עד שהאוטובוס מתרחק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חידון: מה אומר התמרור?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n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לא מעמידים 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זהירות, סכנה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בדרך – בלי מסך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יותר מ־50 קמ"ש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מסילה לפנים – עוצרים ומקשיבים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נותנים לאחרים לעבור קודם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יותר מ־50 קמ"ש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בדרך – בלי מסך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aden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הולכים ברגל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זהירות, סכנה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הדרך נעשית 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הדרך נגמרת כאן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re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נוסעים בזהירות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ממתינים על המדרכה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קסדה מהודקת ברכיבה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מותר לחצות אחרי בדיקה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ghtyello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עצירה מלאה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הרבה ילדים בדרך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מתכוננים לעצור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כל הנוסעים חוגרים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imal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בעלי חיים עלולים לחצות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נתיב לרוכבי אופניים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נוסעים בשני הכיוונים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רוכבים לפי הכללים, לא על המדרכה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ed5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הולכים ברגל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בליטה בכביש – מאטים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קסדה מהודקת ברכיבה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יותר מ־50 קמ"ש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zon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כל הנוסעים חוגרים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חוצים את הכביש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זהירות, סכנה לפנים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כאן הולכים ברגל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איזה ערך מזכיר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ge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ערנות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הגנה עצמית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קשב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עידוד והתקדמות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ed3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קצב וסבלנות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הרגלים טובים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שיקול דעת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צמיחה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igh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כישרון ודרך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שמירה על 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לראות את האחר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כבוד במרחב משותף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אופניים חשמליים קסדה היא חובה רק למבוגרים.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הנוסעים ברכב חוגרים חגורת בטיחות, גם במושב האחורי.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לחצות מאחורי אוטובוס שעומד בתחנה.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מסבירים לחבר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תמרור אחד מהחידון והסבירו לחבר או לחברה מה הוא אומר ולמה הוא חשוב.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חידון: מה אומר התמרור?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