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גלגל ההגרלה – כרטיסי שאלות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לענות על שאלות שיח מתוך כרטיסי ההגרלה, בכתב ובזוגות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https://tamrurei-siach.sites.tab.bot/draw.html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🎡 גלגל ההגרלה – כרטיסי שאלות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כל שאלה כאן היא כרטיס מהגלגל. אפשר לגזור את הכרטיסים, להגריל ולענות בזוגות או בקבוצות.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לעצור  |  להסתכל  |  לחכות  |  לעזור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מהגלגל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re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רמזור הולכי רגל – אדום – איך אני מחכה בסבלנות? מה אפשר לעשות בזמן ההמתנה?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gree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רמזור הולכי רגל – ירוק – האם "אור ירוק" מאחרים מספיק לי, או שאני גם בודק/ת בעצמי?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ghtyellow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רמזור צהוב – מתי אני מרגיש/ה שאני "בצהוב" – רגע לפני שאני מתפרץ/ת? איך אני שם/ה לב?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חגורת בטיחות חוגרים רק במושב הקדמי.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כרטיס משלי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שאלת שיח חדשה לגלגל, על תמרור שאתם בוחרים: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השאלה שהכי אהבתי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למדתי מחבר או מחברה?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ההגרלה – כרטיסי שאלות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