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גלגל ההגרלה – כרטיסי שאלות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לענות על שאלות שיח מתוך כרטיסי ההגרלה, בכתב ובזוגות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https://tamrurei-siach.sites.tab.bot/draw.html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כל הנוסעים חוגרים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קסדה חובה בכל גיל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🎡 גלגל ההגרלה – כרטיסי שאלות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כל שאלה כאן היא כרטיס מהגלגל. אפשר לגזור את הכרטיסים, להגריל ולענות בזוגות או בקבוצות.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🛣️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· дорога · መንገድ · شارع · route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sidewalk · тротуар · የእግረኛ መንገድ · رصيف · trottoir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חציה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crosswalk · пешеходный переход · የእግረኛ መሻገሪያ · ممر مشاة · passage piéton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traffic light · светофор · የትራፊክ መብራት · إشارة ضوئية · feu de circulation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תמרור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sign · дорожный знак · የትራፊክ ምልክት · شاخصة مرور · panneau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stop · стоп · ቁም · قف · stop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קסדה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⛑️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helmet · шлем · የራስ ቁር · خوذة · casque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seatbelt · ремень безопасности · የደህንነት ቀበቶ · حزام الأمان · ceinture de sécurité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🚲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bicycle · велосипед · ብስክሌት · دراجة هوائية · vélo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קורקינט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scooter · самокат · ስኩተር · سكوتر · trottinette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מהגלגל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hea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כיוון חובה – ישר – לאילו דברים אני מחויב/ת, גם כשקשה?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undabou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כיכר – איך כולם מצליחים לנוע יחד בלי להתנגש – בכיכר ובכיתה?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aden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דרך ללא מוצא – מה אני עושה כשנראה לי שאין מוצא? למי אני פונה?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atbel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חוגרים חגורה – למה אנשים מוותרים לפעמים על הגנה פשוטה ("רק נסיעה קצרה")? מה עוזר לשנות הרגל?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בחושך רוכבים עם פנס לבן מקדימה ופנס אדום מאחור.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חגורת בטיחות חוגרים רק במושב הקדמי.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בתוך עיר, כשאין תמרור אחר, המהירות המרבית היא 50 קמ״ש.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אופניים חשמליים קסדה היא חובה רק למבוגרים.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כרטיס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שאלת שיח חדשה לגלגל, על תמרור שאתם בוחרים: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השאלה שהכי אהבתי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מחבר או מחברה?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גלגל ההגרלה – כרטיסי שאלות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